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473" w:rsidRDefault="002E3473">
      <w:pPr>
        <w:rPr>
          <w:b/>
          <w:bCs/>
        </w:rPr>
      </w:pPr>
    </w:p>
    <w:p w:rsidR="002E3473" w:rsidRDefault="00405D25"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atenția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Domnului</w:t>
      </w:r>
      <w:proofErr w:type="spellEnd"/>
      <w:r>
        <w:rPr>
          <w:b/>
          <w:bCs/>
        </w:rPr>
        <w:t xml:space="preserve"> Rector al </w:t>
      </w:r>
      <w:proofErr w:type="spellStart"/>
      <w:r>
        <w:rPr>
          <w:b/>
          <w:bCs/>
        </w:rPr>
        <w:t>Universității</w:t>
      </w:r>
      <w:proofErr w:type="spellEnd"/>
      <w:r>
        <w:rPr>
          <w:b/>
          <w:bCs/>
        </w:rPr>
        <w:t xml:space="preserve"> „</w:t>
      </w:r>
      <w:proofErr w:type="spellStart"/>
      <w:r>
        <w:rPr>
          <w:b/>
          <w:bCs/>
        </w:rPr>
        <w:t>Alexandru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Ioan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Cuza</w:t>
      </w:r>
      <w:proofErr w:type="spellEnd"/>
      <w:r>
        <w:rPr>
          <w:b/>
          <w:bCs/>
        </w:rPr>
        <w:t xml:space="preserve">” din </w:t>
      </w:r>
      <w:proofErr w:type="spellStart"/>
      <w:r>
        <w:rPr>
          <w:b/>
          <w:bCs/>
        </w:rPr>
        <w:t>Iași</w:t>
      </w:r>
      <w:proofErr w:type="spellEnd"/>
    </w:p>
    <w:p w:rsidR="002E3473" w:rsidRDefault="00405D25">
      <w:pPr>
        <w:jc w:val="center"/>
      </w:pPr>
      <w:r>
        <w:rPr>
          <w:b/>
          <w:bCs/>
          <w:sz w:val="26"/>
          <w:szCs w:val="26"/>
        </w:rPr>
        <w:br/>
        <w:t>CERERE PENTRU ACORDAREA FINANȚĂRII</w:t>
      </w:r>
    </w:p>
    <w:p w:rsidR="002E3473" w:rsidRDefault="00405D25">
      <w:pPr>
        <w:jc w:val="center"/>
      </w:pPr>
      <w:proofErr w:type="spellStart"/>
      <w:r>
        <w:rPr>
          <w:b/>
          <w:bCs/>
          <w:sz w:val="24"/>
          <w:szCs w:val="24"/>
        </w:rPr>
        <w:t>pentru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activități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didactice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și</w:t>
      </w:r>
      <w:proofErr w:type="spellEnd"/>
      <w:r>
        <w:rPr>
          <w:b/>
          <w:bCs/>
          <w:sz w:val="24"/>
          <w:szCs w:val="24"/>
        </w:rPr>
        <w:t xml:space="preserve"> de </w:t>
      </w:r>
      <w:proofErr w:type="spellStart"/>
      <w:r>
        <w:rPr>
          <w:b/>
          <w:bCs/>
          <w:sz w:val="24"/>
          <w:szCs w:val="24"/>
        </w:rPr>
        <w:t>cercetare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în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colaborare</w:t>
      </w:r>
      <w:proofErr w:type="spellEnd"/>
      <w:r>
        <w:rPr>
          <w:b/>
          <w:bCs/>
          <w:sz w:val="24"/>
          <w:szCs w:val="24"/>
        </w:rPr>
        <w:t xml:space="preserve"> cu </w:t>
      </w:r>
      <w:proofErr w:type="spellStart"/>
      <w:r>
        <w:rPr>
          <w:b/>
          <w:bCs/>
          <w:sz w:val="24"/>
          <w:szCs w:val="24"/>
        </w:rPr>
        <w:t>universitățile</w:t>
      </w:r>
      <w:proofErr w:type="spellEnd"/>
      <w:r>
        <w:rPr>
          <w:b/>
          <w:bCs/>
          <w:sz w:val="24"/>
          <w:szCs w:val="24"/>
        </w:rPr>
        <w:t xml:space="preserve"> EC2U</w:t>
      </w:r>
      <w:r>
        <w:rPr>
          <w:b/>
          <w:bCs/>
          <w:sz w:val="24"/>
          <w:szCs w:val="24"/>
        </w:rPr>
        <w:br/>
      </w:r>
      <w:proofErr w:type="spellStart"/>
      <w:r>
        <w:rPr>
          <w:b/>
          <w:bCs/>
          <w:sz w:val="24"/>
          <w:szCs w:val="24"/>
        </w:rPr>
        <w:t>în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anul</w:t>
      </w:r>
      <w:proofErr w:type="spellEnd"/>
      <w:r>
        <w:rPr>
          <w:b/>
          <w:bCs/>
          <w:sz w:val="24"/>
          <w:szCs w:val="24"/>
        </w:rPr>
        <w:t xml:space="preserve"> 2026</w:t>
      </w:r>
    </w:p>
    <w:p w:rsidR="002E3473" w:rsidRDefault="00405D2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I. INFORMAȚII GENERALE DESPRE SOLICITANT</w:t>
      </w:r>
      <w:r w:rsidR="00AF67C3">
        <w:rPr>
          <w:b/>
          <w:bCs/>
          <w:sz w:val="24"/>
          <w:szCs w:val="24"/>
        </w:rPr>
        <w:t>:</w:t>
      </w:r>
    </w:p>
    <w:p w:rsidR="00AF67C3" w:rsidRDefault="00AF67C3" w:rsidP="00AF67C3">
      <w:pPr>
        <w:rPr>
          <w:b/>
          <w:bCs/>
        </w:rPr>
      </w:pPr>
      <w:r>
        <w:rPr>
          <w:b/>
          <w:bCs/>
        </w:rPr>
        <w:t>Solicitant (</w:t>
      </w:r>
      <w:proofErr w:type="spellStart"/>
      <w:r>
        <w:rPr>
          <w:b/>
          <w:bCs/>
        </w:rPr>
        <w:t>cadru</w:t>
      </w:r>
      <w:proofErr w:type="spellEnd"/>
      <w:r>
        <w:rPr>
          <w:b/>
          <w:bCs/>
        </w:rPr>
        <w:t xml:space="preserve"> didactic/</w:t>
      </w:r>
      <w:proofErr w:type="spellStart"/>
      <w:r>
        <w:rPr>
          <w:b/>
          <w:bCs/>
        </w:rPr>
        <w:t>cercetător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doctorand</w:t>
      </w:r>
      <w:proofErr w:type="spellEnd"/>
      <w:r>
        <w:rPr>
          <w:b/>
          <w:bCs/>
        </w:rPr>
        <w:t xml:space="preserve"> UAIC):</w:t>
      </w:r>
    </w:p>
    <w:p w:rsidR="00AF67C3" w:rsidRDefault="00AF67C3" w:rsidP="00AF67C3">
      <w:proofErr w:type="spellStart"/>
      <w:r>
        <w:t>Nume</w:t>
      </w:r>
      <w:proofErr w:type="spellEnd"/>
      <w:r>
        <w:t xml:space="preserve">, </w:t>
      </w:r>
      <w:proofErr w:type="spellStart"/>
      <w:r>
        <w:t>prenume</w:t>
      </w:r>
      <w:proofErr w:type="spellEnd"/>
      <w:r>
        <w:t>:</w:t>
      </w:r>
      <w:r>
        <w:br/>
        <w:t>Email:</w:t>
      </w:r>
      <w:r>
        <w:br/>
      </w:r>
      <w:proofErr w:type="spellStart"/>
      <w:r>
        <w:t>Telefon</w:t>
      </w:r>
      <w:proofErr w:type="spellEnd"/>
      <w:r>
        <w:t>:</w:t>
      </w:r>
      <w:r>
        <w:br/>
      </w:r>
      <w:proofErr w:type="spellStart"/>
      <w:r>
        <w:t>Funcția</w:t>
      </w:r>
      <w:proofErr w:type="spellEnd"/>
      <w:r>
        <w:t xml:space="preserve"> / </w:t>
      </w:r>
      <w:proofErr w:type="spellStart"/>
      <w:r>
        <w:t>calitatea</w:t>
      </w:r>
      <w:proofErr w:type="spellEnd"/>
      <w:r>
        <w:t>:</w:t>
      </w:r>
    </w:p>
    <w:p w:rsidR="002E3473" w:rsidRDefault="00405D25">
      <w:pPr>
        <w:jc w:val="both"/>
      </w:pPr>
      <w:r>
        <w:rPr>
          <w:b/>
          <w:bCs/>
          <w:sz w:val="24"/>
          <w:szCs w:val="24"/>
        </w:rPr>
        <w:t>II. PARTENERIATUL EC2U</w:t>
      </w:r>
    </w:p>
    <w:p w:rsidR="002E3473" w:rsidRDefault="00405D25">
      <w:pPr>
        <w:jc w:val="both"/>
      </w:pPr>
      <w:proofErr w:type="spellStart"/>
      <w:r>
        <w:t>Activitatea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colaborare</w:t>
      </w:r>
      <w:proofErr w:type="spellEnd"/>
      <w:r>
        <w:t xml:space="preserve"> cu </w:t>
      </w:r>
      <w:proofErr w:type="spellStart"/>
      <w:r>
        <w:t>cercetători</w:t>
      </w:r>
      <w:proofErr w:type="spellEnd"/>
      <w:r>
        <w:t xml:space="preserve">/cadre </w:t>
      </w:r>
      <w:proofErr w:type="spellStart"/>
      <w:r>
        <w:t>didactice</w:t>
      </w:r>
      <w:proofErr w:type="spellEnd"/>
      <w:r>
        <w:t>/</w:t>
      </w:r>
      <w:proofErr w:type="spellStart"/>
      <w:r>
        <w:t>doctoranzi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următoarei</w:t>
      </w:r>
      <w:proofErr w:type="spellEnd"/>
      <w:r>
        <w:t>/</w:t>
      </w:r>
      <w:proofErr w:type="spellStart"/>
      <w:r>
        <w:t>următoarelor</w:t>
      </w:r>
      <w:proofErr w:type="spellEnd"/>
      <w:r>
        <w:t xml:space="preserve"> </w:t>
      </w:r>
      <w:proofErr w:type="spellStart"/>
      <w:r>
        <w:t>universități</w:t>
      </w:r>
      <w:proofErr w:type="spellEnd"/>
      <w:r>
        <w:t xml:space="preserve"> din </w:t>
      </w:r>
      <w:proofErr w:type="spellStart"/>
      <w:r>
        <w:t>Alianța</w:t>
      </w:r>
      <w:proofErr w:type="spellEnd"/>
      <w:r>
        <w:t xml:space="preserve"> de </w:t>
      </w:r>
      <w:proofErr w:type="spellStart"/>
      <w:r>
        <w:t>Universități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EC2U (European Campus of City Universities:</w:t>
      </w:r>
    </w:p>
    <w:p w:rsidR="002E3473" w:rsidRDefault="00405D25">
      <w:r>
        <w:t>● ........................................................................................................</w:t>
      </w:r>
      <w:r>
        <w:t>................</w:t>
      </w:r>
    </w:p>
    <w:p w:rsidR="002E3473" w:rsidRDefault="00405D25">
      <w:r>
        <w:t>● ........................................................................................................................</w:t>
      </w:r>
    </w:p>
    <w:p w:rsidR="002E3473" w:rsidRDefault="00405D25">
      <w:r>
        <w:t>● ........................................................................................................................</w:t>
      </w:r>
    </w:p>
    <w:p w:rsidR="002E3473" w:rsidRDefault="00405D25">
      <w:r>
        <w:rPr>
          <w:b/>
          <w:bCs/>
          <w:sz w:val="24"/>
          <w:szCs w:val="24"/>
        </w:rPr>
        <w:t>III. ÎNCADRAREA ÎN DOMENIILE ALIANȚEI EC2U</w:t>
      </w:r>
    </w:p>
    <w:p w:rsidR="002E3473" w:rsidRDefault="00405D25">
      <w:proofErr w:type="spellStart"/>
      <w:r>
        <w:t>Vă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bifați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principal </w:t>
      </w:r>
      <w:proofErr w:type="spellStart"/>
      <w:r>
        <w:t>vizat</w:t>
      </w:r>
      <w:proofErr w:type="spellEnd"/>
      <w:r>
        <w:t xml:space="preserve"> de </w:t>
      </w:r>
      <w:proofErr w:type="spellStart"/>
      <w:r>
        <w:t>activitate</w:t>
      </w:r>
      <w:proofErr w:type="spellEnd"/>
      <w:r>
        <w:t>:</w:t>
      </w:r>
    </w:p>
    <w:p w:rsidR="002E3473" w:rsidRDefault="00405D25">
      <w:pPr>
        <w:numPr>
          <w:ilvl w:val="0"/>
          <w:numId w:val="1"/>
        </w:numPr>
        <w:spacing w:after="0"/>
      </w:pPr>
      <w:proofErr w:type="gramStart"/>
      <w:r>
        <w:t>[ ]</w:t>
      </w:r>
      <w:proofErr w:type="gramEnd"/>
      <w:r>
        <w:t xml:space="preserve"> </w:t>
      </w:r>
      <w:proofErr w:type="spellStart"/>
      <w:r>
        <w:t>Educație</w:t>
      </w:r>
      <w:proofErr w:type="spellEnd"/>
    </w:p>
    <w:p w:rsidR="002E3473" w:rsidRDefault="00405D25">
      <w:pPr>
        <w:numPr>
          <w:ilvl w:val="0"/>
          <w:numId w:val="1"/>
        </w:numPr>
        <w:spacing w:after="0"/>
      </w:pPr>
      <w:proofErr w:type="gramStart"/>
      <w:r>
        <w:t>[ ]</w:t>
      </w:r>
      <w:proofErr w:type="gramEnd"/>
      <w:r>
        <w:t xml:space="preserve">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st</w:t>
      </w:r>
      <w:r>
        <w:t>are de bine</w:t>
      </w:r>
    </w:p>
    <w:p w:rsidR="002E3473" w:rsidRDefault="00405D25">
      <w:pPr>
        <w:numPr>
          <w:ilvl w:val="0"/>
          <w:numId w:val="1"/>
        </w:numPr>
        <w:spacing w:after="0"/>
      </w:pPr>
      <w:proofErr w:type="gramStart"/>
      <w:r>
        <w:t>[ ]</w:t>
      </w:r>
      <w:proofErr w:type="gramEnd"/>
      <w:r>
        <w:t xml:space="preserve"> </w:t>
      </w:r>
      <w:proofErr w:type="spellStart"/>
      <w:r>
        <w:t>Orașe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comunități</w:t>
      </w:r>
      <w:proofErr w:type="spellEnd"/>
      <w:r>
        <w:t xml:space="preserve"> </w:t>
      </w:r>
      <w:proofErr w:type="spellStart"/>
      <w:r>
        <w:t>sustenabile</w:t>
      </w:r>
      <w:proofErr w:type="spellEnd"/>
    </w:p>
    <w:p w:rsidR="002E3473" w:rsidRDefault="00405D25">
      <w:pPr>
        <w:numPr>
          <w:ilvl w:val="0"/>
          <w:numId w:val="1"/>
        </w:numPr>
        <w:spacing w:after="0"/>
      </w:pPr>
      <w:proofErr w:type="gramStart"/>
      <w:r>
        <w:t>[ ]</w:t>
      </w:r>
      <w:proofErr w:type="gramEnd"/>
      <w:r>
        <w:t xml:space="preserve"> Pace, </w:t>
      </w:r>
      <w:proofErr w:type="spellStart"/>
      <w:r>
        <w:t>justiție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instituții</w:t>
      </w:r>
      <w:proofErr w:type="spellEnd"/>
      <w:r>
        <w:t xml:space="preserve"> </w:t>
      </w:r>
      <w:proofErr w:type="spellStart"/>
      <w:r>
        <w:t>puternice</w:t>
      </w:r>
      <w:proofErr w:type="spellEnd"/>
    </w:p>
    <w:p w:rsidR="002E3473" w:rsidRDefault="00405D25">
      <w:pPr>
        <w:numPr>
          <w:ilvl w:val="0"/>
          <w:numId w:val="1"/>
        </w:numPr>
        <w:spacing w:after="0"/>
      </w:pPr>
      <w:proofErr w:type="gramStart"/>
      <w:r>
        <w:t>[ ]</w:t>
      </w:r>
      <w:proofErr w:type="gramEnd"/>
      <w:r>
        <w:t xml:space="preserve"> </w:t>
      </w:r>
      <w:proofErr w:type="spellStart"/>
      <w:r>
        <w:t>Pedagogii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</w:t>
      </w:r>
      <w:proofErr w:type="spellStart"/>
      <w:r>
        <w:t>inovative</w:t>
      </w:r>
      <w:proofErr w:type="spellEnd"/>
    </w:p>
    <w:p w:rsidR="002E3473" w:rsidRDefault="00405D25">
      <w:pPr>
        <w:numPr>
          <w:ilvl w:val="0"/>
          <w:numId w:val="1"/>
        </w:numPr>
        <w:spacing w:after="0"/>
      </w:pPr>
      <w:proofErr w:type="gramStart"/>
      <w:r>
        <w:t>[ ]</w:t>
      </w:r>
      <w:proofErr w:type="gramEnd"/>
      <w:r>
        <w:t xml:space="preserve"> Campus </w:t>
      </w:r>
      <w:proofErr w:type="spellStart"/>
      <w:r>
        <w:t>universitar</w:t>
      </w:r>
      <w:proofErr w:type="spellEnd"/>
    </w:p>
    <w:p w:rsidR="002E3473" w:rsidRDefault="00405D25">
      <w:pPr>
        <w:numPr>
          <w:ilvl w:val="0"/>
          <w:numId w:val="1"/>
        </w:numPr>
        <w:spacing w:after="0"/>
      </w:pPr>
      <w:proofErr w:type="gramStart"/>
      <w:r>
        <w:t>[ ]</w:t>
      </w:r>
      <w:proofErr w:type="gramEnd"/>
      <w:r>
        <w:t xml:space="preserve">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doctorale</w:t>
      </w:r>
      <w:proofErr w:type="spellEnd"/>
    </w:p>
    <w:p w:rsidR="002E3473" w:rsidRDefault="00405D25">
      <w:pPr>
        <w:numPr>
          <w:ilvl w:val="0"/>
          <w:numId w:val="1"/>
        </w:numPr>
        <w:spacing w:after="0"/>
      </w:pPr>
      <w:proofErr w:type="gramStart"/>
      <w:r>
        <w:t>[ ]</w:t>
      </w:r>
      <w:proofErr w:type="gramEnd"/>
      <w:r>
        <w:t xml:space="preserve"> </w:t>
      </w:r>
      <w:proofErr w:type="spellStart"/>
      <w:r>
        <w:t>Învățare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tot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vieții</w:t>
      </w:r>
      <w:proofErr w:type="spellEnd"/>
    </w:p>
    <w:p w:rsidR="002E3473" w:rsidRDefault="00405D25">
      <w:pPr>
        <w:numPr>
          <w:ilvl w:val="0"/>
          <w:numId w:val="1"/>
        </w:numPr>
        <w:spacing w:after="0"/>
      </w:pPr>
      <w:proofErr w:type="gramStart"/>
      <w:r>
        <w:t>[ ]</w:t>
      </w:r>
      <w:proofErr w:type="gramEnd"/>
      <w:r>
        <w:t xml:space="preserve"> </w:t>
      </w:r>
      <w:proofErr w:type="spellStart"/>
      <w:r>
        <w:t>Cercetare-inovare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transfer</w:t>
      </w:r>
    </w:p>
    <w:p w:rsidR="002E3473" w:rsidRDefault="00405D25">
      <w:pPr>
        <w:numPr>
          <w:ilvl w:val="0"/>
          <w:numId w:val="1"/>
        </w:numPr>
      </w:pPr>
      <w:proofErr w:type="gramStart"/>
      <w:r>
        <w:t>[ ]</w:t>
      </w:r>
      <w:proofErr w:type="gramEnd"/>
      <w:r>
        <w:t xml:space="preserve"> </w:t>
      </w:r>
      <w:proofErr w:type="spellStart"/>
      <w:r>
        <w:t>Antreprenoria</w:t>
      </w:r>
      <w:r>
        <w:t>t</w:t>
      </w:r>
      <w:proofErr w:type="spellEnd"/>
    </w:p>
    <w:p w:rsidR="002E3473" w:rsidRDefault="002E3473">
      <w:pPr>
        <w:rPr>
          <w:b/>
          <w:bCs/>
          <w:sz w:val="24"/>
          <w:szCs w:val="24"/>
        </w:rPr>
      </w:pPr>
    </w:p>
    <w:p w:rsidR="00AF67C3" w:rsidRDefault="00AF67C3">
      <w:pPr>
        <w:rPr>
          <w:b/>
          <w:bCs/>
          <w:sz w:val="24"/>
          <w:szCs w:val="24"/>
        </w:rPr>
      </w:pPr>
      <w:bookmarkStart w:id="0" w:name="_GoBack"/>
      <w:bookmarkEnd w:id="0"/>
    </w:p>
    <w:p w:rsidR="002E3473" w:rsidRDefault="00405D25">
      <w:r>
        <w:rPr>
          <w:b/>
          <w:bCs/>
          <w:sz w:val="24"/>
          <w:szCs w:val="24"/>
        </w:rPr>
        <w:lastRenderedPageBreak/>
        <w:t>IV. DESCRIEREA ACTIVITĂȚII</w:t>
      </w:r>
    </w:p>
    <w:tbl>
      <w:tblPr>
        <w:tblStyle w:val="a0"/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62"/>
      </w:tblGrid>
      <w:tr w:rsidR="002E3473">
        <w:tc>
          <w:tcPr>
            <w:tcW w:w="9962" w:type="dxa"/>
          </w:tcPr>
          <w:p w:rsidR="002E3473" w:rsidRDefault="00405D25">
            <w:proofErr w:type="spellStart"/>
            <w:r>
              <w:rPr>
                <w:b/>
                <w:bCs/>
              </w:rPr>
              <w:t>Scopul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și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obiectivele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activității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</w:tc>
      </w:tr>
      <w:tr w:rsidR="002E3473">
        <w:tc>
          <w:tcPr>
            <w:tcW w:w="9962" w:type="dxa"/>
          </w:tcPr>
          <w:p w:rsidR="002E3473" w:rsidRDefault="00405D25">
            <w:proofErr w:type="spellStart"/>
            <w:r>
              <w:rPr>
                <w:b/>
                <w:bCs/>
              </w:rPr>
              <w:t>Descrierea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activităților</w:t>
            </w:r>
            <w:proofErr w:type="spellEnd"/>
            <w:r>
              <w:rPr>
                <w:b/>
                <w:bCs/>
              </w:rPr>
              <w:t xml:space="preserve"> care </w:t>
            </w:r>
            <w:proofErr w:type="spellStart"/>
            <w:r>
              <w:rPr>
                <w:b/>
                <w:bCs/>
              </w:rPr>
              <w:t>urmează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să</w:t>
            </w:r>
            <w:proofErr w:type="spellEnd"/>
            <w:r>
              <w:rPr>
                <w:b/>
                <w:bCs/>
              </w:rPr>
              <w:t xml:space="preserve"> fie </w:t>
            </w:r>
            <w:proofErr w:type="spellStart"/>
            <w:r>
              <w:rPr>
                <w:b/>
                <w:bCs/>
              </w:rPr>
              <w:t>realizate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în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colaborare</w:t>
            </w:r>
            <w:proofErr w:type="spellEnd"/>
            <w:r>
              <w:rPr>
                <w:b/>
                <w:bCs/>
              </w:rPr>
              <w:t xml:space="preserve"> cu </w:t>
            </w:r>
            <w:proofErr w:type="spellStart"/>
            <w:r>
              <w:rPr>
                <w:b/>
                <w:bCs/>
              </w:rPr>
              <w:t>universitatea</w:t>
            </w:r>
            <w:proofErr w:type="spellEnd"/>
            <w:r>
              <w:rPr>
                <w:b/>
                <w:bCs/>
              </w:rPr>
              <w:t xml:space="preserve"> EC2U: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</w:tc>
      </w:tr>
      <w:tr w:rsidR="002E3473">
        <w:tc>
          <w:tcPr>
            <w:tcW w:w="9962" w:type="dxa"/>
          </w:tcPr>
          <w:p w:rsidR="002E3473" w:rsidRDefault="00405D2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Rezultatele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beneficiile</w:t>
            </w:r>
            <w:proofErr w:type="spellEnd"/>
            <w:r>
              <w:rPr>
                <w:b/>
                <w:bCs/>
              </w:rPr>
              <w:t xml:space="preserve"> estimate </w:t>
            </w:r>
            <w:proofErr w:type="spellStart"/>
            <w:r>
              <w:rPr>
                <w:b/>
                <w:bCs/>
              </w:rPr>
              <w:t>pentru</w:t>
            </w:r>
            <w:proofErr w:type="spellEnd"/>
            <w:r>
              <w:rPr>
                <w:b/>
                <w:bCs/>
              </w:rPr>
              <w:t xml:space="preserve"> UAIC </w:t>
            </w:r>
            <w:proofErr w:type="spellStart"/>
            <w:r>
              <w:rPr>
                <w:b/>
                <w:bCs/>
              </w:rPr>
              <w:t>și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pentru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colaborarea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în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cadrul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Alianței</w:t>
            </w:r>
            <w:proofErr w:type="spellEnd"/>
            <w:r>
              <w:rPr>
                <w:b/>
                <w:bCs/>
              </w:rPr>
              <w:t xml:space="preserve"> EC2U: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</w:tc>
      </w:tr>
      <w:tr w:rsidR="002E3473">
        <w:tc>
          <w:tcPr>
            <w:tcW w:w="9962" w:type="dxa"/>
          </w:tcPr>
          <w:p w:rsidR="002E3473" w:rsidRDefault="00405D2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Perioada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desfășurare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și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locul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desfășurării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activității</w:t>
            </w:r>
            <w:proofErr w:type="spellEnd"/>
            <w:r>
              <w:rPr>
                <w:b/>
                <w:bCs/>
              </w:rPr>
              <w:t>:</w:t>
            </w:r>
          </w:p>
          <w:p w:rsidR="002E3473" w:rsidRDefault="002E3473">
            <w:pPr>
              <w:rPr>
                <w:b/>
                <w:bCs/>
              </w:rPr>
            </w:pPr>
          </w:p>
          <w:p w:rsidR="002E3473" w:rsidRDefault="002E3473">
            <w:pPr>
              <w:rPr>
                <w:b/>
                <w:bCs/>
              </w:rPr>
            </w:pPr>
          </w:p>
        </w:tc>
      </w:tr>
    </w:tbl>
    <w:p w:rsidR="002E3473" w:rsidRDefault="002E3473">
      <w:pPr>
        <w:rPr>
          <w:b/>
          <w:bCs/>
          <w:sz w:val="24"/>
          <w:szCs w:val="24"/>
        </w:rPr>
      </w:pPr>
    </w:p>
    <w:p w:rsidR="002E3473" w:rsidRDefault="00405D25">
      <w:pPr>
        <w:jc w:val="both"/>
      </w:pPr>
      <w:r>
        <w:rPr>
          <w:b/>
          <w:bCs/>
          <w:sz w:val="24"/>
          <w:szCs w:val="24"/>
        </w:rPr>
        <w:t>V. CATEGORIA ACTIVITĂȚII ȘI CHELTUIELILE SOLICITATE</w:t>
      </w:r>
    </w:p>
    <w:p w:rsidR="002E3473" w:rsidRDefault="00405D25">
      <w:pPr>
        <w:jc w:val="both"/>
      </w:pPr>
      <w:proofErr w:type="spellStart"/>
      <w:r>
        <w:t>Vă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bifați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>/</w:t>
      </w:r>
      <w:proofErr w:type="spellStart"/>
      <w:r>
        <w:t>categoriile</w:t>
      </w:r>
      <w:proofErr w:type="spellEnd"/>
      <w:r>
        <w:t xml:space="preserve"> de </w:t>
      </w:r>
      <w:proofErr w:type="spellStart"/>
      <w:r>
        <w:t>cheltuieli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se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finanțare</w:t>
      </w:r>
      <w:proofErr w:type="spellEnd"/>
      <w:r>
        <w:t>:</w:t>
      </w:r>
    </w:p>
    <w:p w:rsidR="002E3473" w:rsidRDefault="00405D25">
      <w:pPr>
        <w:jc w:val="both"/>
      </w:pPr>
      <w:proofErr w:type="gramStart"/>
      <w:r>
        <w:t>[ ]</w:t>
      </w:r>
      <w:proofErr w:type="gramEnd"/>
      <w:r>
        <w:t xml:space="preserve"> </w:t>
      </w:r>
      <w:proofErr w:type="spellStart"/>
      <w:r>
        <w:t>Cheltuieli</w:t>
      </w:r>
      <w:proofErr w:type="spellEnd"/>
      <w:r>
        <w:t xml:space="preserve"> de </w:t>
      </w:r>
      <w:proofErr w:type="spellStart"/>
      <w:r>
        <w:t>deplasare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taxe</w:t>
      </w:r>
      <w:proofErr w:type="spellEnd"/>
      <w:r>
        <w:t xml:space="preserve"> de </w:t>
      </w:r>
      <w:proofErr w:type="spellStart"/>
      <w:r>
        <w:t>participare</w:t>
      </w:r>
      <w:proofErr w:type="spellEnd"/>
      <w:r>
        <w:t xml:space="preserve"> la </w:t>
      </w:r>
      <w:proofErr w:type="spellStart"/>
      <w:r>
        <w:t>conferințe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manifestări</w:t>
      </w:r>
      <w:proofErr w:type="spellEnd"/>
      <w:r>
        <w:t xml:space="preserve"> </w:t>
      </w:r>
      <w:proofErr w:type="spellStart"/>
      <w:r>
        <w:t>științifice</w:t>
      </w:r>
      <w:proofErr w:type="spellEnd"/>
      <w:r>
        <w:t xml:space="preserve"> </w:t>
      </w:r>
      <w:proofErr w:type="spellStart"/>
      <w:r>
        <w:t>organizate</w:t>
      </w:r>
      <w:proofErr w:type="spellEnd"/>
      <w:r>
        <w:t xml:space="preserve"> la </w:t>
      </w:r>
      <w:proofErr w:type="spellStart"/>
      <w:r>
        <w:t>universități</w:t>
      </w:r>
      <w:proofErr w:type="spellEnd"/>
      <w:r>
        <w:t xml:space="preserve"> EC2U;</w:t>
      </w:r>
    </w:p>
    <w:p w:rsidR="002E3473" w:rsidRDefault="00405D25">
      <w:pPr>
        <w:jc w:val="both"/>
      </w:pPr>
      <w:proofErr w:type="gramStart"/>
      <w:r>
        <w:t>[ ]</w:t>
      </w:r>
      <w:proofErr w:type="gramEnd"/>
      <w:r>
        <w:t xml:space="preserve"> </w:t>
      </w:r>
      <w:proofErr w:type="spellStart"/>
      <w:r>
        <w:t>Cheltuieli</w:t>
      </w:r>
      <w:proofErr w:type="spellEnd"/>
      <w:r>
        <w:t xml:space="preserve"> de </w:t>
      </w:r>
      <w:proofErr w:type="spellStart"/>
      <w:r>
        <w:t>deplasare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taxe</w:t>
      </w:r>
      <w:proofErr w:type="spellEnd"/>
      <w:r>
        <w:t xml:space="preserve"> de </w:t>
      </w:r>
      <w:proofErr w:type="spellStart"/>
      <w:r>
        <w:t>participare</w:t>
      </w:r>
      <w:proofErr w:type="spellEnd"/>
      <w:r>
        <w:t xml:space="preserve"> la </w:t>
      </w:r>
      <w:proofErr w:type="spellStart"/>
      <w:r>
        <w:t>conferințe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manifestări</w:t>
      </w:r>
      <w:proofErr w:type="spellEnd"/>
      <w:r>
        <w:t xml:space="preserve"> </w:t>
      </w:r>
      <w:proofErr w:type="spellStart"/>
      <w:r>
        <w:t>științifice</w:t>
      </w:r>
      <w:proofErr w:type="spellEnd"/>
      <w:r>
        <w:t xml:space="preserve">, cu </w:t>
      </w:r>
      <w:proofErr w:type="spellStart"/>
      <w:r>
        <w:t>articole</w:t>
      </w:r>
      <w:proofErr w:type="spellEnd"/>
      <w:r>
        <w:t>/</w:t>
      </w:r>
      <w:proofErr w:type="spellStart"/>
      <w:r>
        <w:t>prezentări</w:t>
      </w:r>
      <w:proofErr w:type="spellEnd"/>
      <w:r>
        <w:t xml:space="preserve"> elabo</w:t>
      </w:r>
      <w:r>
        <w:t xml:space="preserve">rate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</w:t>
      </w:r>
      <w:proofErr w:type="spellEnd"/>
      <w:r>
        <w:t xml:space="preserve"> cu </w:t>
      </w:r>
      <w:proofErr w:type="spellStart"/>
      <w:r>
        <w:t>cercetători</w:t>
      </w:r>
      <w:proofErr w:type="spellEnd"/>
      <w:r>
        <w:t xml:space="preserve">/cadre </w:t>
      </w:r>
      <w:proofErr w:type="spellStart"/>
      <w:r>
        <w:t>didactice</w:t>
      </w:r>
      <w:proofErr w:type="spellEnd"/>
      <w:r>
        <w:t xml:space="preserve"> de la </w:t>
      </w:r>
      <w:proofErr w:type="spellStart"/>
      <w:r>
        <w:t>universități</w:t>
      </w:r>
      <w:proofErr w:type="spellEnd"/>
      <w:r>
        <w:t xml:space="preserve"> EC2U;</w:t>
      </w:r>
    </w:p>
    <w:p w:rsidR="002E3473" w:rsidRDefault="00405D25">
      <w:pPr>
        <w:jc w:val="both"/>
      </w:pPr>
      <w:proofErr w:type="gramStart"/>
      <w:r>
        <w:t>[ ]</w:t>
      </w:r>
      <w:proofErr w:type="gramEnd"/>
      <w:r>
        <w:t xml:space="preserve"> </w:t>
      </w:r>
      <w:proofErr w:type="spellStart"/>
      <w:r>
        <w:t>Cheltuieli</w:t>
      </w:r>
      <w:proofErr w:type="spellEnd"/>
      <w:r>
        <w:t xml:space="preserve"> de </w:t>
      </w:r>
      <w:proofErr w:type="spellStart"/>
      <w:r>
        <w:t>deplasare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activități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/de </w:t>
      </w:r>
      <w:proofErr w:type="spellStart"/>
      <w:r>
        <w:t>cercetare</w:t>
      </w:r>
      <w:proofErr w:type="spellEnd"/>
      <w:r>
        <w:t>/</w:t>
      </w:r>
      <w:proofErr w:type="spellStart"/>
      <w:r>
        <w:t>documentare</w:t>
      </w:r>
      <w:proofErr w:type="spellEnd"/>
      <w:r>
        <w:t xml:space="preserve"> la </w:t>
      </w:r>
      <w:proofErr w:type="spellStart"/>
      <w:r>
        <w:t>universități</w:t>
      </w:r>
      <w:proofErr w:type="spellEnd"/>
      <w:r>
        <w:t xml:space="preserve"> EC2U;</w:t>
      </w:r>
    </w:p>
    <w:p w:rsidR="002E3473" w:rsidRDefault="00405D25">
      <w:pPr>
        <w:jc w:val="both"/>
      </w:pPr>
      <w:proofErr w:type="gramStart"/>
      <w:r>
        <w:t>[ ]</w:t>
      </w:r>
      <w:proofErr w:type="gramEnd"/>
      <w:r>
        <w:t xml:space="preserve"> </w:t>
      </w:r>
      <w:proofErr w:type="spellStart"/>
      <w:r>
        <w:t>Participări</w:t>
      </w:r>
      <w:proofErr w:type="spellEnd"/>
      <w:r>
        <w:t xml:space="preserve"> la </w:t>
      </w:r>
      <w:proofErr w:type="spellStart"/>
      <w:r>
        <w:t>workshopuri</w:t>
      </w:r>
      <w:proofErr w:type="spellEnd"/>
      <w:r>
        <w:t xml:space="preserve">, </w:t>
      </w:r>
      <w:proofErr w:type="spellStart"/>
      <w:r>
        <w:t>stagii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>/</w:t>
      </w:r>
      <w:proofErr w:type="spellStart"/>
      <w:r>
        <w:t>perfecționare</w:t>
      </w:r>
      <w:proofErr w:type="spellEnd"/>
      <w:r>
        <w:t xml:space="preserve"> la </w:t>
      </w:r>
      <w:proofErr w:type="spellStart"/>
      <w:r>
        <w:t>universități</w:t>
      </w:r>
      <w:proofErr w:type="spellEnd"/>
      <w:r>
        <w:t xml:space="preserve"> EC2</w:t>
      </w:r>
      <w:r>
        <w:t>U;</w:t>
      </w:r>
    </w:p>
    <w:p w:rsidR="002E3473" w:rsidRDefault="00405D25">
      <w:pPr>
        <w:jc w:val="both"/>
      </w:pPr>
      <w:proofErr w:type="gramStart"/>
      <w:r>
        <w:t>[ ]</w:t>
      </w:r>
      <w:proofErr w:type="gramEnd"/>
      <w:r>
        <w:t xml:space="preserve"> </w:t>
      </w:r>
      <w:proofErr w:type="spellStart"/>
      <w:r>
        <w:t>Cheltuieli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executate</w:t>
      </w:r>
      <w:proofErr w:type="spellEnd"/>
      <w:r>
        <w:t xml:space="preserve"> de </w:t>
      </w:r>
      <w:proofErr w:type="spellStart"/>
      <w:r>
        <w:t>terți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publicarea</w:t>
      </w:r>
      <w:proofErr w:type="spellEnd"/>
      <w:r>
        <w:t xml:space="preserve"> de </w:t>
      </w:r>
      <w:proofErr w:type="spellStart"/>
      <w:r>
        <w:t>articole</w:t>
      </w:r>
      <w:proofErr w:type="spellEnd"/>
      <w:r>
        <w:t xml:space="preserve"> </w:t>
      </w:r>
      <w:proofErr w:type="spellStart"/>
      <w:r>
        <w:t>științifice</w:t>
      </w:r>
      <w:proofErr w:type="spellEnd"/>
      <w:r>
        <w:t xml:space="preserve">, </w:t>
      </w:r>
      <w:proofErr w:type="spellStart"/>
      <w:r>
        <w:t>cărți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cursuri</w:t>
      </w:r>
      <w:proofErr w:type="spellEnd"/>
      <w:r>
        <w:t xml:space="preserve"> de </w:t>
      </w:r>
      <w:proofErr w:type="spellStart"/>
      <w:r>
        <w:t>perfecționare</w:t>
      </w:r>
      <w:proofErr w:type="spellEnd"/>
      <w:r>
        <w:t xml:space="preserve"> elaborate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</w:t>
      </w:r>
      <w:proofErr w:type="spellEnd"/>
      <w:r>
        <w:t xml:space="preserve"> cu </w:t>
      </w:r>
      <w:proofErr w:type="spellStart"/>
      <w:r>
        <w:t>cercetători</w:t>
      </w:r>
      <w:proofErr w:type="spellEnd"/>
      <w:r>
        <w:t xml:space="preserve">/cadre </w:t>
      </w:r>
      <w:proofErr w:type="spellStart"/>
      <w:r>
        <w:t>didactice</w:t>
      </w:r>
      <w:proofErr w:type="spellEnd"/>
      <w:r>
        <w:t xml:space="preserve"> de la </w:t>
      </w:r>
      <w:proofErr w:type="spellStart"/>
      <w:r>
        <w:t>universități</w:t>
      </w:r>
      <w:proofErr w:type="spellEnd"/>
      <w:r>
        <w:t xml:space="preserve"> EC2U;</w:t>
      </w:r>
    </w:p>
    <w:p w:rsidR="002E3473" w:rsidRDefault="00405D25">
      <w:proofErr w:type="gramStart"/>
      <w:r>
        <w:t>[ ]</w:t>
      </w:r>
      <w:proofErr w:type="gramEnd"/>
      <w:r>
        <w:t xml:space="preserve"> </w:t>
      </w:r>
      <w:proofErr w:type="spellStart"/>
      <w:r>
        <w:t>Cheltuieli</w:t>
      </w:r>
      <w:proofErr w:type="spellEnd"/>
      <w:r>
        <w:t xml:space="preserve"> de </w:t>
      </w:r>
      <w:proofErr w:type="spellStart"/>
      <w:r>
        <w:t>deplasare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taxe</w:t>
      </w:r>
      <w:proofErr w:type="spellEnd"/>
      <w:r>
        <w:t xml:space="preserve"> de </w:t>
      </w:r>
      <w:proofErr w:type="spellStart"/>
      <w:r>
        <w:t>participare</w:t>
      </w:r>
      <w:proofErr w:type="spellEnd"/>
      <w:r>
        <w:t xml:space="preserve"> la </w:t>
      </w:r>
      <w:proofErr w:type="spellStart"/>
      <w:r>
        <w:t>ateliere</w:t>
      </w:r>
      <w:proofErr w:type="spellEnd"/>
      <w:r>
        <w:t>/</w:t>
      </w:r>
      <w:proofErr w:type="spellStart"/>
      <w:r>
        <w:t>sesiuni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scrierea</w:t>
      </w:r>
      <w:proofErr w:type="spellEnd"/>
      <w:r>
        <w:t xml:space="preserve"> de </w:t>
      </w:r>
      <w:proofErr w:type="spellStart"/>
      <w:r>
        <w:t>proiecte</w:t>
      </w:r>
      <w:proofErr w:type="spellEnd"/>
      <w:r>
        <w:t xml:space="preserve"> de </w:t>
      </w:r>
      <w:proofErr w:type="spellStart"/>
      <w:r>
        <w:t>cercetare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candidaturi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colaborare</w:t>
      </w:r>
      <w:proofErr w:type="spellEnd"/>
      <w:r>
        <w:t xml:space="preserve"> cu o </w:t>
      </w:r>
      <w:proofErr w:type="spellStart"/>
      <w:r>
        <w:t>universitate</w:t>
      </w:r>
      <w:proofErr w:type="spellEnd"/>
      <w:r>
        <w:t xml:space="preserve"> EC2U,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unuia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apelurile</w:t>
      </w:r>
      <w:proofErr w:type="spellEnd"/>
      <w:r>
        <w:t xml:space="preserve"> </w:t>
      </w:r>
      <w:proofErr w:type="spellStart"/>
      <w:r>
        <w:t>deschise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2026–2027;</w:t>
      </w:r>
    </w:p>
    <w:p w:rsidR="002E3473" w:rsidRDefault="00405D25">
      <w:proofErr w:type="gramStart"/>
      <w:r>
        <w:t>[ ]</w:t>
      </w:r>
      <w:proofErr w:type="gramEnd"/>
      <w:r>
        <w:t xml:space="preserve"> </w:t>
      </w:r>
      <w:proofErr w:type="spellStart"/>
      <w:r>
        <w:t>Cheltuieli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executate</w:t>
      </w:r>
      <w:proofErr w:type="spellEnd"/>
      <w:r>
        <w:t xml:space="preserve"> de </w:t>
      </w:r>
      <w:proofErr w:type="spellStart"/>
      <w:r>
        <w:t>terți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scrierea</w:t>
      </w:r>
      <w:proofErr w:type="spellEnd"/>
      <w:r>
        <w:t xml:space="preserve"> de </w:t>
      </w:r>
      <w:proofErr w:type="spellStart"/>
      <w:r>
        <w:t>proiecte</w:t>
      </w:r>
      <w:proofErr w:type="spellEnd"/>
      <w:r>
        <w:t xml:space="preserve"> de </w:t>
      </w:r>
      <w:proofErr w:type="spellStart"/>
      <w:r>
        <w:t>cercetare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candidaturi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colaborare</w:t>
      </w:r>
      <w:proofErr w:type="spellEnd"/>
      <w:r>
        <w:t xml:space="preserve"> cu o </w:t>
      </w:r>
      <w:proofErr w:type="spellStart"/>
      <w:r>
        <w:t>universitate</w:t>
      </w:r>
      <w:proofErr w:type="spellEnd"/>
      <w:r>
        <w:t xml:space="preserve"> EC2U,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unuia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apelurile</w:t>
      </w:r>
      <w:proofErr w:type="spellEnd"/>
      <w:r>
        <w:t xml:space="preserve"> </w:t>
      </w:r>
      <w:proofErr w:type="spellStart"/>
      <w:r>
        <w:t>deschise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2026–2027.</w:t>
      </w:r>
    </w:p>
    <w:p w:rsidR="002E3473" w:rsidRDefault="002E3473">
      <w:pPr>
        <w:rPr>
          <w:b/>
          <w:bCs/>
          <w:sz w:val="24"/>
          <w:szCs w:val="24"/>
        </w:rPr>
      </w:pPr>
    </w:p>
    <w:p w:rsidR="002E3473" w:rsidRDefault="00405D25">
      <w:pPr>
        <w:rPr>
          <w:b/>
          <w:bCs/>
        </w:rPr>
      </w:pPr>
      <w:r>
        <w:rPr>
          <w:b/>
          <w:bCs/>
          <w:sz w:val="24"/>
          <w:szCs w:val="24"/>
        </w:rPr>
        <w:t>BUGET ESTIMAT:</w:t>
      </w:r>
    </w:p>
    <w:p w:rsidR="002E3473" w:rsidRDefault="00405D25">
      <w:pPr>
        <w:jc w:val="both"/>
      </w:pPr>
      <w:proofErr w:type="spellStart"/>
      <w:r>
        <w:rPr>
          <w:i/>
          <w:iCs/>
          <w:sz w:val="24"/>
          <w:szCs w:val="24"/>
        </w:rPr>
        <w:t>Cheltuielile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trebuie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să</w:t>
      </w:r>
      <w:proofErr w:type="spellEnd"/>
      <w:r>
        <w:rPr>
          <w:i/>
          <w:iCs/>
          <w:sz w:val="24"/>
          <w:szCs w:val="24"/>
        </w:rPr>
        <w:t xml:space="preserve"> se </w:t>
      </w:r>
      <w:proofErr w:type="spellStart"/>
      <w:r>
        <w:rPr>
          <w:i/>
          <w:iCs/>
          <w:sz w:val="24"/>
          <w:szCs w:val="24"/>
        </w:rPr>
        <w:t>încadreze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în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limitele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legale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aplicabil</w:t>
      </w:r>
      <w:r>
        <w:rPr>
          <w:i/>
          <w:iCs/>
          <w:sz w:val="24"/>
          <w:szCs w:val="24"/>
        </w:rPr>
        <w:t>e</w:t>
      </w:r>
      <w:proofErr w:type="spellEnd"/>
      <w:r>
        <w:rPr>
          <w:i/>
          <w:iCs/>
          <w:sz w:val="24"/>
          <w:szCs w:val="24"/>
        </w:rPr>
        <w:t xml:space="preserve"> (OUG </w:t>
      </w:r>
      <w:proofErr w:type="spellStart"/>
      <w:r>
        <w:rPr>
          <w:i/>
          <w:iCs/>
          <w:sz w:val="24"/>
          <w:szCs w:val="24"/>
        </w:rPr>
        <w:t>nr</w:t>
      </w:r>
      <w:proofErr w:type="spellEnd"/>
      <w:r>
        <w:rPr>
          <w:i/>
          <w:iCs/>
          <w:sz w:val="24"/>
          <w:szCs w:val="24"/>
        </w:rPr>
        <w:t xml:space="preserve">. 80/2001 </w:t>
      </w:r>
      <w:proofErr w:type="spellStart"/>
      <w:r>
        <w:rPr>
          <w:i/>
          <w:iCs/>
          <w:sz w:val="24"/>
          <w:szCs w:val="24"/>
        </w:rPr>
        <w:t>pentru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organizarea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evenimentului</w:t>
      </w:r>
      <w:proofErr w:type="spellEnd"/>
      <w:r>
        <w:rPr>
          <w:i/>
          <w:iCs/>
          <w:sz w:val="24"/>
          <w:szCs w:val="24"/>
        </w:rPr>
        <w:t xml:space="preserve">, HG 714/2018 </w:t>
      </w:r>
      <w:proofErr w:type="spellStart"/>
      <w:r>
        <w:rPr>
          <w:i/>
          <w:iCs/>
          <w:sz w:val="24"/>
          <w:szCs w:val="24"/>
        </w:rPr>
        <w:t>pentru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deplasări</w:t>
      </w:r>
      <w:proofErr w:type="spellEnd"/>
      <w:r>
        <w:rPr>
          <w:i/>
          <w:iCs/>
          <w:sz w:val="24"/>
          <w:szCs w:val="24"/>
        </w:rPr>
        <w:t xml:space="preserve"> interne, HG 518/1995 </w:t>
      </w:r>
      <w:proofErr w:type="spellStart"/>
      <w:r>
        <w:rPr>
          <w:i/>
          <w:iCs/>
          <w:sz w:val="24"/>
          <w:szCs w:val="24"/>
        </w:rPr>
        <w:t>pentru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deplasări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internaționale</w:t>
      </w:r>
      <w:proofErr w:type="spellEnd"/>
      <w:r>
        <w:rPr>
          <w:i/>
          <w:iCs/>
          <w:sz w:val="24"/>
          <w:szCs w:val="24"/>
        </w:rPr>
        <w:t>).</w:t>
      </w:r>
    </w:p>
    <w:tbl>
      <w:tblPr>
        <w:tblStyle w:val="a1"/>
        <w:tblW w:w="99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81"/>
        <w:gridCol w:w="4981"/>
      </w:tblGrid>
      <w:tr w:rsidR="002E3473">
        <w:trPr>
          <w:jc w:val="center"/>
        </w:trPr>
        <w:tc>
          <w:tcPr>
            <w:tcW w:w="4981" w:type="dxa"/>
            <w:shd w:val="clear" w:color="auto" w:fill="F2F2F2"/>
          </w:tcPr>
          <w:p w:rsidR="002E3473" w:rsidRDefault="00405D25">
            <w:proofErr w:type="spellStart"/>
            <w:r>
              <w:rPr>
                <w:b/>
                <w:bCs/>
              </w:rPr>
              <w:t>Categorie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cheltuieli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eligibile</w:t>
            </w:r>
            <w:proofErr w:type="spellEnd"/>
          </w:p>
        </w:tc>
        <w:tc>
          <w:tcPr>
            <w:tcW w:w="4981" w:type="dxa"/>
            <w:shd w:val="clear" w:color="auto" w:fill="F2F2F2"/>
          </w:tcPr>
          <w:p w:rsidR="002E3473" w:rsidRDefault="00405D25">
            <w:proofErr w:type="spellStart"/>
            <w:r>
              <w:rPr>
                <w:b/>
                <w:bCs/>
              </w:rPr>
              <w:t>Sumă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estimată</w:t>
            </w:r>
            <w:proofErr w:type="spellEnd"/>
            <w:r>
              <w:rPr>
                <w:b/>
                <w:bCs/>
              </w:rPr>
              <w:t xml:space="preserve"> (RON)</w:t>
            </w:r>
          </w:p>
        </w:tc>
      </w:tr>
      <w:tr w:rsidR="002E3473">
        <w:trPr>
          <w:jc w:val="center"/>
        </w:trPr>
        <w:tc>
          <w:tcPr>
            <w:tcW w:w="4981" w:type="dxa"/>
          </w:tcPr>
          <w:p w:rsidR="002E3473" w:rsidRDefault="00405D25">
            <w:r>
              <w:t>Transport</w:t>
            </w:r>
          </w:p>
          <w:p w:rsidR="002E3473" w:rsidRDefault="002E3473"/>
        </w:tc>
        <w:tc>
          <w:tcPr>
            <w:tcW w:w="4981" w:type="dxa"/>
          </w:tcPr>
          <w:p w:rsidR="002E3473" w:rsidRDefault="002E3473"/>
        </w:tc>
      </w:tr>
      <w:tr w:rsidR="002E3473">
        <w:trPr>
          <w:jc w:val="center"/>
        </w:trPr>
        <w:tc>
          <w:tcPr>
            <w:tcW w:w="4981" w:type="dxa"/>
          </w:tcPr>
          <w:p w:rsidR="002E3473" w:rsidRDefault="00405D25">
            <w:proofErr w:type="spellStart"/>
            <w:r>
              <w:lastRenderedPageBreak/>
              <w:t>Cazare</w:t>
            </w:r>
            <w:proofErr w:type="spellEnd"/>
          </w:p>
          <w:p w:rsidR="002E3473" w:rsidRDefault="002E3473"/>
        </w:tc>
        <w:tc>
          <w:tcPr>
            <w:tcW w:w="4981" w:type="dxa"/>
          </w:tcPr>
          <w:p w:rsidR="002E3473" w:rsidRDefault="002E3473"/>
        </w:tc>
      </w:tr>
      <w:tr w:rsidR="002E3473">
        <w:trPr>
          <w:jc w:val="center"/>
        </w:trPr>
        <w:tc>
          <w:tcPr>
            <w:tcW w:w="4981" w:type="dxa"/>
          </w:tcPr>
          <w:p w:rsidR="002E3473" w:rsidRDefault="00405D25">
            <w:proofErr w:type="spellStart"/>
            <w:r>
              <w:t>Diurnă</w:t>
            </w:r>
            <w:proofErr w:type="spellEnd"/>
          </w:p>
          <w:p w:rsidR="002E3473" w:rsidRDefault="002E3473"/>
        </w:tc>
        <w:tc>
          <w:tcPr>
            <w:tcW w:w="4981" w:type="dxa"/>
          </w:tcPr>
          <w:p w:rsidR="002E3473" w:rsidRDefault="002E3473"/>
        </w:tc>
      </w:tr>
      <w:tr w:rsidR="002E3473">
        <w:trPr>
          <w:jc w:val="center"/>
        </w:trPr>
        <w:tc>
          <w:tcPr>
            <w:tcW w:w="4981" w:type="dxa"/>
          </w:tcPr>
          <w:p w:rsidR="002E3473" w:rsidRDefault="00405D25">
            <w:proofErr w:type="spellStart"/>
            <w:r>
              <w:t>Taxe</w:t>
            </w:r>
            <w:proofErr w:type="spellEnd"/>
            <w:r>
              <w:t xml:space="preserve"> de </w:t>
            </w:r>
            <w:proofErr w:type="spellStart"/>
            <w:r>
              <w:t>participare</w:t>
            </w:r>
            <w:proofErr w:type="spellEnd"/>
          </w:p>
          <w:p w:rsidR="002E3473" w:rsidRDefault="002E3473"/>
        </w:tc>
        <w:tc>
          <w:tcPr>
            <w:tcW w:w="4981" w:type="dxa"/>
          </w:tcPr>
          <w:p w:rsidR="002E3473" w:rsidRDefault="002E3473"/>
        </w:tc>
      </w:tr>
      <w:tr w:rsidR="002E3473">
        <w:trPr>
          <w:jc w:val="center"/>
        </w:trPr>
        <w:tc>
          <w:tcPr>
            <w:tcW w:w="4981" w:type="dxa"/>
          </w:tcPr>
          <w:p w:rsidR="002E3473" w:rsidRDefault="00405D25">
            <w:proofErr w:type="spellStart"/>
            <w:r>
              <w:t>Servicii</w:t>
            </w:r>
            <w:proofErr w:type="spellEnd"/>
            <w:r>
              <w:t xml:space="preserve"> - </w:t>
            </w:r>
            <w:proofErr w:type="spellStart"/>
            <w:r>
              <w:t>taxe</w:t>
            </w:r>
            <w:proofErr w:type="spellEnd"/>
            <w:r>
              <w:t xml:space="preserve"> de </w:t>
            </w:r>
            <w:proofErr w:type="spellStart"/>
            <w:r>
              <w:t>publicare</w:t>
            </w:r>
            <w:proofErr w:type="spellEnd"/>
          </w:p>
          <w:p w:rsidR="002E3473" w:rsidRDefault="002E3473"/>
        </w:tc>
        <w:tc>
          <w:tcPr>
            <w:tcW w:w="4981" w:type="dxa"/>
          </w:tcPr>
          <w:p w:rsidR="002E3473" w:rsidRDefault="002E3473"/>
        </w:tc>
      </w:tr>
      <w:tr w:rsidR="002E3473">
        <w:trPr>
          <w:jc w:val="center"/>
        </w:trPr>
        <w:tc>
          <w:tcPr>
            <w:tcW w:w="4981" w:type="dxa"/>
          </w:tcPr>
          <w:p w:rsidR="002E3473" w:rsidRDefault="00405D25">
            <w:proofErr w:type="spellStart"/>
            <w:r>
              <w:t>Servicii</w:t>
            </w:r>
            <w:proofErr w:type="spellEnd"/>
            <w:r>
              <w:t xml:space="preserve"> - </w:t>
            </w:r>
            <w:proofErr w:type="spellStart"/>
            <w:r>
              <w:t>scriere</w:t>
            </w:r>
            <w:proofErr w:type="spellEnd"/>
            <w:r>
              <w:t xml:space="preserve"> de </w:t>
            </w:r>
            <w:proofErr w:type="spellStart"/>
            <w:r>
              <w:t>proiecte</w:t>
            </w:r>
            <w:proofErr w:type="spellEnd"/>
          </w:p>
          <w:p w:rsidR="002E3473" w:rsidRDefault="002E3473"/>
        </w:tc>
        <w:tc>
          <w:tcPr>
            <w:tcW w:w="4981" w:type="dxa"/>
          </w:tcPr>
          <w:p w:rsidR="002E3473" w:rsidRDefault="002E3473"/>
        </w:tc>
      </w:tr>
      <w:tr w:rsidR="002E3473">
        <w:trPr>
          <w:jc w:val="center"/>
        </w:trPr>
        <w:tc>
          <w:tcPr>
            <w:tcW w:w="4981" w:type="dxa"/>
          </w:tcPr>
          <w:p w:rsidR="002E3473" w:rsidRDefault="00405D25">
            <w:pPr>
              <w:rPr>
                <w:b/>
                <w:bCs/>
              </w:rPr>
            </w:pPr>
            <w:r>
              <w:rPr>
                <w:b/>
                <w:bCs/>
              </w:rPr>
              <w:t>TOTAL SOLICITAT*</w:t>
            </w:r>
          </w:p>
          <w:p w:rsidR="002E3473" w:rsidRDefault="002E3473">
            <w:pPr>
              <w:rPr>
                <w:b/>
                <w:bCs/>
              </w:rPr>
            </w:pPr>
          </w:p>
        </w:tc>
        <w:tc>
          <w:tcPr>
            <w:tcW w:w="4981" w:type="dxa"/>
          </w:tcPr>
          <w:p w:rsidR="002E3473" w:rsidRDefault="002E3473"/>
        </w:tc>
      </w:tr>
    </w:tbl>
    <w:p w:rsidR="002E3473" w:rsidRDefault="00405D25">
      <w:r>
        <w:t>*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estimată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grant </w:t>
      </w:r>
      <w:proofErr w:type="spellStart"/>
      <w:r>
        <w:t>este</w:t>
      </w:r>
      <w:proofErr w:type="spellEnd"/>
      <w:r>
        <w:t xml:space="preserve"> </w:t>
      </w:r>
      <w:proofErr w:type="gramStart"/>
      <w:r>
        <w:t xml:space="preserve">de  </w:t>
      </w:r>
      <w:r>
        <w:rPr>
          <w:b/>
          <w:bCs/>
        </w:rPr>
        <w:t>10.000</w:t>
      </w:r>
      <w:proofErr w:type="gramEnd"/>
      <w:r>
        <w:rPr>
          <w:b/>
          <w:bCs/>
        </w:rPr>
        <w:t xml:space="preserve"> lei</w:t>
      </w:r>
      <w:r>
        <w:t xml:space="preserve">. </w:t>
      </w:r>
      <w:proofErr w:type="spellStart"/>
      <w:r>
        <w:t>Cheltuielile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decontate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procedurile</w:t>
      </w:r>
      <w:proofErr w:type="spellEnd"/>
      <w:r>
        <w:t xml:space="preserve"> interne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justific</w:t>
      </w:r>
      <w:r>
        <w:t>ative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>.</w:t>
      </w:r>
    </w:p>
    <w:p w:rsidR="002E3473" w:rsidRDefault="002E3473">
      <w:pPr>
        <w:spacing w:before="360" w:line="480" w:lineRule="auto"/>
        <w:rPr>
          <w:b/>
          <w:bCs/>
        </w:rPr>
      </w:pPr>
    </w:p>
    <w:p w:rsidR="002E3473" w:rsidRDefault="00405D25">
      <w:pPr>
        <w:spacing w:before="360" w:line="480" w:lineRule="auto"/>
        <w:rPr>
          <w:b/>
          <w:bCs/>
        </w:rPr>
      </w:pPr>
      <w:r>
        <w:rPr>
          <w:b/>
          <w:bCs/>
        </w:rPr>
        <w:t>Data: ____________________</w:t>
      </w:r>
      <w:r>
        <w:br/>
      </w:r>
      <w:r>
        <w:rPr>
          <w:b/>
          <w:bCs/>
        </w:rPr>
        <w:t>Solicitant,</w:t>
      </w:r>
      <w:r>
        <w:rPr>
          <w:b/>
          <w:bCs/>
        </w:rPr>
        <w:br/>
      </w:r>
      <w:proofErr w:type="spellStart"/>
      <w:r>
        <w:rPr>
          <w:b/>
          <w:bCs/>
        </w:rPr>
        <w:t>Nume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prenume</w:t>
      </w:r>
      <w:proofErr w:type="spellEnd"/>
      <w:r>
        <w:rPr>
          <w:b/>
          <w:bCs/>
        </w:rPr>
        <w:t>: ________________________________________</w:t>
      </w:r>
      <w:r>
        <w:rPr>
          <w:b/>
          <w:bCs/>
        </w:rPr>
        <w:br/>
      </w:r>
      <w:proofErr w:type="spellStart"/>
      <w:r>
        <w:rPr>
          <w:b/>
          <w:bCs/>
        </w:rPr>
        <w:t>Semnătura</w:t>
      </w:r>
      <w:proofErr w:type="spellEnd"/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______________________________________________  </w:t>
      </w:r>
    </w:p>
    <w:sectPr w:rsidR="002E3473">
      <w:headerReference w:type="default" r:id="rId8"/>
      <w:pgSz w:w="12240" w:h="15840"/>
      <w:pgMar w:top="1020" w:right="1134" w:bottom="1020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D25" w:rsidRDefault="00405D25">
      <w:pPr>
        <w:spacing w:after="0" w:line="240" w:lineRule="auto"/>
      </w:pPr>
      <w:r>
        <w:separator/>
      </w:r>
    </w:p>
  </w:endnote>
  <w:endnote w:type="continuationSeparator" w:id="0">
    <w:p w:rsidR="00405D25" w:rsidRDefault="00405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B81F4E8-3ABD-4532-96D3-48C74F157ABF}"/>
    <w:embedBold r:id="rId2" w:fontKey="{A11E2347-5C0E-4C62-8FEB-B80EB19BEA39}"/>
    <w:embedItalic r:id="rId3" w:fontKey="{48AA379F-86B1-41B3-97EA-F97747693BE9}"/>
    <w:embedBoldItalic r:id="rId4" w:fontKey="{6F6EA073-5061-4E7E-9C73-D849E12925A2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562E14C-9A75-4F16-8F85-B4767A12667C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D25" w:rsidRDefault="00405D25">
      <w:pPr>
        <w:spacing w:after="0" w:line="240" w:lineRule="auto"/>
      </w:pPr>
      <w:r>
        <w:separator/>
      </w:r>
    </w:p>
  </w:footnote>
  <w:footnote w:type="continuationSeparator" w:id="0">
    <w:p w:rsidR="00405D25" w:rsidRDefault="00405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473" w:rsidRDefault="00405D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  <w:lang w:val="en-GB"/>
      </w:rPr>
      <w:drawing>
        <wp:inline distT="0" distB="0" distL="0" distR="0">
          <wp:extent cx="6332220" cy="739742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2220" cy="7397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C3EE0"/>
    <w:multiLevelType w:val="multilevel"/>
    <w:tmpl w:val="A7E45ACC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E487192"/>
    <w:multiLevelType w:val="multilevel"/>
    <w:tmpl w:val="65D65CE2"/>
    <w:lvl w:ilvl="0">
      <w:start w:val="1"/>
      <w:numFmt w:val="decimal"/>
      <w:pStyle w:val="ListBulle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473"/>
    <w:rsid w:val="002E3473"/>
    <w:rsid w:val="00405D25"/>
    <w:rsid w:val="00A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E220A"/>
  <w15:docId w15:val="{A4D12E00-F3F5-4218-B952-D62DBDA89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E5qJtmfIP9TjF8T4XdPdQeSh2w==">CgMxLjA4AHIhMUVVLUxGaW1fWUtURHVuTGpTc2NpQzRXZEsyUXlGRjVa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Genoveva Rosu</cp:lastModifiedBy>
  <cp:revision>2</cp:revision>
  <dcterms:created xsi:type="dcterms:W3CDTF">2026-09-08T09:13:00Z</dcterms:created>
  <dcterms:modified xsi:type="dcterms:W3CDTF">2026-09-08T09:13:00Z</dcterms:modified>
</cp:coreProperties>
</file>